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080" w:rsidRPr="00F07FB7" w:rsidRDefault="00F07FB7">
      <w:pPr>
        <w:pStyle w:val="aa"/>
        <w:rPr>
          <w:lang w:val="ru-RU"/>
        </w:rPr>
      </w:pPr>
      <w:r w:rsidRPr="00F07FB7">
        <w:rPr>
          <w:lang w:val="ru-RU"/>
        </w:rPr>
        <w:t>Политика конфиденциальности</w:t>
      </w:r>
    </w:p>
    <w:p w:rsidR="00F07FB7" w:rsidRDefault="00F07FB7" w:rsidP="00F07FB7">
      <w:pPr>
        <w:pStyle w:val="aff8"/>
      </w:pPr>
      <w:r>
        <w:rPr>
          <w:rStyle w:val="af6"/>
        </w:rPr>
        <w:t>Дата вступления в силу:</w:t>
      </w:r>
      <w:r>
        <w:t xml:space="preserve"> 16.03.2026</w:t>
      </w:r>
    </w:p>
    <w:p w:rsidR="00F07FB7" w:rsidRDefault="00F07FB7" w:rsidP="00F07FB7">
      <w:pPr>
        <w:pStyle w:val="aff8"/>
      </w:pPr>
      <w:r>
        <w:t xml:space="preserve">Настоящая Политика конфиденциальности и обработки персональных данных (далее — </w:t>
      </w:r>
      <w:r>
        <w:rPr>
          <w:rStyle w:val="af6"/>
        </w:rPr>
        <w:t>Политика</w:t>
      </w:r>
      <w:r>
        <w:t xml:space="preserve">) действует в отношении всей информации, которую </w:t>
      </w:r>
      <w:r>
        <w:rPr>
          <w:rStyle w:val="af6"/>
        </w:rPr>
        <w:t>ИП Малахов Максим Юрьевич</w:t>
      </w:r>
      <w:r>
        <w:t xml:space="preserve"> (далее — </w:t>
      </w:r>
      <w:r>
        <w:rPr>
          <w:rStyle w:val="af6"/>
        </w:rPr>
        <w:t>Оператор</w:t>
      </w:r>
      <w:r>
        <w:t>) может получить о пользователях во время использования сайта, сервисов и услуг Оператора.</w:t>
      </w:r>
    </w:p>
    <w:p w:rsidR="00F07FB7" w:rsidRDefault="00F07FB7" w:rsidP="00F07FB7">
      <w:pPr>
        <w:pStyle w:val="aff8"/>
      </w:pPr>
      <w:r>
        <w:t xml:space="preserve">Политика разработана в соответствии с требованиями законодательства Российской Федерации, включая требования </w:t>
      </w:r>
      <w:r>
        <w:rPr>
          <w:rStyle w:val="whitespace-normal"/>
        </w:rPr>
        <w:t>Федеральный закон №152</w:t>
      </w:r>
      <w:r>
        <w:rPr>
          <w:rStyle w:val="whitespace-normal"/>
        </w:rPr>
        <w:noBreakHyphen/>
        <w:t>ФЗ «О персональных данных»</w:t>
      </w:r>
      <w:r>
        <w:t>.</w:t>
      </w:r>
    </w:p>
    <w:p w:rsidR="00F07FB7" w:rsidRDefault="00F07FB7" w:rsidP="00F07FB7">
      <w:r>
        <w:pict>
          <v:rect id="_x0000_i1025" style="width:0;height:1.5pt" o:hralign="center" o:hrstd="t" o:hr="t" fillcolor="#a0a0a0" stroked="f"/>
        </w:pict>
      </w:r>
    </w:p>
    <w:p w:rsidR="00F07FB7" w:rsidRPr="00F07FB7" w:rsidRDefault="00F07FB7" w:rsidP="00F07FB7">
      <w:pPr>
        <w:pStyle w:val="1"/>
        <w:rPr>
          <w:lang w:val="ru-RU"/>
        </w:rPr>
      </w:pPr>
      <w:r w:rsidRPr="00F07FB7">
        <w:rPr>
          <w:lang w:val="ru-RU"/>
        </w:rPr>
        <w:t>1. Общие положения</w:t>
      </w:r>
    </w:p>
    <w:p w:rsidR="00F07FB7" w:rsidRDefault="00F07FB7" w:rsidP="00F07FB7">
      <w:pPr>
        <w:pStyle w:val="aff8"/>
      </w:pPr>
      <w:r>
        <w:t>1.1. Оператор уважает право каждого пользователя на конфиденциальность и защиту персональных данных.</w:t>
      </w:r>
    </w:p>
    <w:p w:rsidR="00F07FB7" w:rsidRDefault="00F07FB7" w:rsidP="00F07FB7">
      <w:pPr>
        <w:pStyle w:val="aff8"/>
      </w:pPr>
      <w:r>
        <w:t>1.2. Настоящая Политика определяет порядок обработки и защиты персональных данных пользователей сайта.</w:t>
      </w:r>
    </w:p>
    <w:p w:rsidR="00F07FB7" w:rsidRDefault="00F07FB7" w:rsidP="00F07FB7">
      <w:pPr>
        <w:pStyle w:val="aff8"/>
      </w:pPr>
      <w:r>
        <w:t>1.3. Использование сайта означает согласие пользователя с настоящей Политикой.</w:t>
      </w:r>
    </w:p>
    <w:p w:rsidR="00F07FB7" w:rsidRDefault="00F07FB7" w:rsidP="00F07FB7">
      <w:pPr>
        <w:pStyle w:val="aff8"/>
      </w:pPr>
      <w:r>
        <w:t>1.4. В случае несогласия с условиями Политики пользователь должен прекратить использование сайта.</w:t>
      </w:r>
    </w:p>
    <w:p w:rsidR="00F07FB7" w:rsidRDefault="00F07FB7" w:rsidP="00F07FB7">
      <w:pPr>
        <w:pStyle w:val="aff8"/>
      </w:pPr>
      <w:r>
        <w:t>1.5. Оператор обеспечивает защиту персональных данных пользователей в соответствии с требованиями законодательства Российской Федерации.</w:t>
      </w:r>
    </w:p>
    <w:p w:rsidR="00F07FB7" w:rsidRDefault="00F07FB7" w:rsidP="00F07FB7">
      <w:r>
        <w:pict>
          <v:rect id="_x0000_i1026" style="width:0;height:1.5pt" o:hralign="center" o:hrstd="t" o:hr="t" fillcolor="#a0a0a0" stroked="f"/>
        </w:pict>
      </w:r>
    </w:p>
    <w:p w:rsidR="00F07FB7" w:rsidRPr="00F07FB7" w:rsidRDefault="00F07FB7" w:rsidP="00F07FB7">
      <w:pPr>
        <w:pStyle w:val="1"/>
        <w:rPr>
          <w:lang w:val="ru-RU"/>
        </w:rPr>
      </w:pPr>
      <w:r w:rsidRPr="00F07FB7">
        <w:rPr>
          <w:lang w:val="ru-RU"/>
        </w:rPr>
        <w:t>2. Основные понятия</w:t>
      </w:r>
    </w:p>
    <w:p w:rsidR="00F07FB7" w:rsidRDefault="00F07FB7" w:rsidP="00F07FB7">
      <w:pPr>
        <w:pStyle w:val="aff8"/>
      </w:pPr>
      <w:r>
        <w:rPr>
          <w:rStyle w:val="af6"/>
        </w:rPr>
        <w:t>Персональные данные</w:t>
      </w:r>
      <w:r>
        <w:t xml:space="preserve"> — любая информация, относящаяся к прямо или косвенно определённому физическому лицу.</w:t>
      </w:r>
    </w:p>
    <w:p w:rsidR="00F07FB7" w:rsidRDefault="00F07FB7" w:rsidP="00F07FB7">
      <w:pPr>
        <w:pStyle w:val="aff8"/>
      </w:pPr>
      <w:r>
        <w:rPr>
          <w:rStyle w:val="af6"/>
        </w:rPr>
        <w:t>Обработка персональных данных</w:t>
      </w:r>
      <w:r>
        <w:t xml:space="preserve"> — любое действие с персональными данными, включая:</w:t>
      </w:r>
    </w:p>
    <w:p w:rsidR="00F07FB7" w:rsidRDefault="00F07FB7" w:rsidP="00F07FB7">
      <w:pPr>
        <w:pStyle w:val="aff8"/>
        <w:numPr>
          <w:ilvl w:val="0"/>
          <w:numId w:val="10"/>
        </w:numPr>
      </w:pPr>
      <w:r>
        <w:t>сбор</w:t>
      </w:r>
    </w:p>
    <w:p w:rsidR="00F07FB7" w:rsidRDefault="00F07FB7" w:rsidP="00F07FB7">
      <w:pPr>
        <w:pStyle w:val="aff8"/>
        <w:numPr>
          <w:ilvl w:val="0"/>
          <w:numId w:val="10"/>
        </w:numPr>
      </w:pPr>
      <w:r>
        <w:lastRenderedPageBreak/>
        <w:t>запись</w:t>
      </w:r>
    </w:p>
    <w:p w:rsidR="00F07FB7" w:rsidRDefault="00F07FB7" w:rsidP="00F07FB7">
      <w:pPr>
        <w:pStyle w:val="aff8"/>
        <w:numPr>
          <w:ilvl w:val="0"/>
          <w:numId w:val="10"/>
        </w:numPr>
      </w:pPr>
      <w:r>
        <w:t>систематизацию</w:t>
      </w:r>
    </w:p>
    <w:p w:rsidR="00F07FB7" w:rsidRDefault="00F07FB7" w:rsidP="00F07FB7">
      <w:pPr>
        <w:pStyle w:val="aff8"/>
        <w:numPr>
          <w:ilvl w:val="0"/>
          <w:numId w:val="10"/>
        </w:numPr>
      </w:pPr>
      <w:r>
        <w:t>хранение</w:t>
      </w:r>
    </w:p>
    <w:p w:rsidR="00F07FB7" w:rsidRDefault="00F07FB7" w:rsidP="00F07FB7">
      <w:pPr>
        <w:pStyle w:val="aff8"/>
        <w:numPr>
          <w:ilvl w:val="0"/>
          <w:numId w:val="10"/>
        </w:numPr>
      </w:pPr>
      <w:r>
        <w:t>уточнение</w:t>
      </w:r>
    </w:p>
    <w:p w:rsidR="00F07FB7" w:rsidRDefault="00F07FB7" w:rsidP="00F07FB7">
      <w:pPr>
        <w:pStyle w:val="aff8"/>
        <w:numPr>
          <w:ilvl w:val="0"/>
          <w:numId w:val="10"/>
        </w:numPr>
      </w:pPr>
      <w:r>
        <w:t>использование</w:t>
      </w:r>
    </w:p>
    <w:p w:rsidR="00F07FB7" w:rsidRDefault="00F07FB7" w:rsidP="00F07FB7">
      <w:pPr>
        <w:pStyle w:val="aff8"/>
        <w:numPr>
          <w:ilvl w:val="0"/>
          <w:numId w:val="10"/>
        </w:numPr>
      </w:pPr>
      <w:r>
        <w:t>передачу</w:t>
      </w:r>
    </w:p>
    <w:p w:rsidR="00F07FB7" w:rsidRDefault="00F07FB7" w:rsidP="00F07FB7">
      <w:pPr>
        <w:pStyle w:val="aff8"/>
        <w:numPr>
          <w:ilvl w:val="0"/>
          <w:numId w:val="10"/>
        </w:numPr>
      </w:pPr>
      <w:r>
        <w:t>блокирование</w:t>
      </w:r>
    </w:p>
    <w:p w:rsidR="00F07FB7" w:rsidRDefault="00F07FB7" w:rsidP="00F07FB7">
      <w:pPr>
        <w:pStyle w:val="aff8"/>
        <w:numPr>
          <w:ilvl w:val="0"/>
          <w:numId w:val="10"/>
        </w:numPr>
      </w:pPr>
      <w:r>
        <w:t>удаление</w:t>
      </w:r>
    </w:p>
    <w:p w:rsidR="00F07FB7" w:rsidRDefault="00F07FB7" w:rsidP="00F07FB7">
      <w:pPr>
        <w:pStyle w:val="aff8"/>
        <w:numPr>
          <w:ilvl w:val="0"/>
          <w:numId w:val="10"/>
        </w:numPr>
      </w:pPr>
      <w:r>
        <w:t>уничтожение.</w:t>
      </w:r>
    </w:p>
    <w:p w:rsidR="00F07FB7" w:rsidRDefault="00F07FB7" w:rsidP="00F07FB7">
      <w:pPr>
        <w:pStyle w:val="aff8"/>
      </w:pPr>
      <w:r>
        <w:rPr>
          <w:rStyle w:val="af6"/>
        </w:rPr>
        <w:t>Пользователь</w:t>
      </w:r>
      <w:r>
        <w:t xml:space="preserve"> — любое лицо, посещающее сайт или использующее услуги Оператора.</w:t>
      </w:r>
    </w:p>
    <w:p w:rsidR="00F07FB7" w:rsidRDefault="00F07FB7" w:rsidP="00F07FB7">
      <w:pPr>
        <w:pStyle w:val="aff8"/>
      </w:pPr>
      <w:r>
        <w:rPr>
          <w:rStyle w:val="af6"/>
        </w:rPr>
        <w:t>Оператор персональных данных</w:t>
      </w:r>
      <w:r>
        <w:t xml:space="preserve"> — лицо, самостоятельно организующее обработку персональных данных.</w:t>
      </w:r>
    </w:p>
    <w:p w:rsidR="00F07FB7" w:rsidRDefault="00F07FB7" w:rsidP="00F07FB7">
      <w:r>
        <w:pict>
          <v:rect id="_x0000_i1027" style="width:0;height:1.5pt" o:hralign="center" o:hrstd="t" o:hr="t" fillcolor="#a0a0a0" stroked="f"/>
        </w:pict>
      </w:r>
    </w:p>
    <w:p w:rsidR="00F07FB7" w:rsidRPr="00F07FB7" w:rsidRDefault="00F07FB7" w:rsidP="00F07FB7">
      <w:pPr>
        <w:pStyle w:val="1"/>
        <w:rPr>
          <w:lang w:val="ru-RU"/>
        </w:rPr>
      </w:pPr>
      <w:r w:rsidRPr="00F07FB7">
        <w:rPr>
          <w:lang w:val="ru-RU"/>
        </w:rPr>
        <w:t>3. Персональные данные, которые может собирать Оператор</w:t>
      </w:r>
    </w:p>
    <w:p w:rsidR="00F07FB7" w:rsidRDefault="00F07FB7" w:rsidP="00F07FB7">
      <w:pPr>
        <w:pStyle w:val="aff8"/>
      </w:pPr>
      <w:r>
        <w:t>Оператор может обрабатывать следующие данные пользователей:</w:t>
      </w:r>
    </w:p>
    <w:p w:rsidR="00F07FB7" w:rsidRDefault="00F07FB7" w:rsidP="00F07FB7">
      <w:pPr>
        <w:pStyle w:val="aff8"/>
        <w:numPr>
          <w:ilvl w:val="0"/>
          <w:numId w:val="11"/>
        </w:numPr>
      </w:pPr>
      <w:r>
        <w:t>имя и фамилия</w:t>
      </w:r>
    </w:p>
    <w:p w:rsidR="00F07FB7" w:rsidRDefault="00F07FB7" w:rsidP="00F07FB7">
      <w:pPr>
        <w:pStyle w:val="aff8"/>
        <w:numPr>
          <w:ilvl w:val="0"/>
          <w:numId w:val="11"/>
        </w:numPr>
      </w:pPr>
      <w:r>
        <w:t>номер телефона</w:t>
      </w:r>
    </w:p>
    <w:p w:rsidR="00F07FB7" w:rsidRDefault="00F07FB7" w:rsidP="00F07FB7">
      <w:pPr>
        <w:pStyle w:val="aff8"/>
        <w:numPr>
          <w:ilvl w:val="0"/>
          <w:numId w:val="11"/>
        </w:numPr>
      </w:pPr>
      <w:r>
        <w:t>адрес электронной почты</w:t>
      </w:r>
    </w:p>
    <w:p w:rsidR="00F07FB7" w:rsidRDefault="00F07FB7" w:rsidP="00F07FB7">
      <w:pPr>
        <w:pStyle w:val="aff8"/>
        <w:numPr>
          <w:ilvl w:val="0"/>
          <w:numId w:val="11"/>
        </w:numPr>
      </w:pPr>
      <w:r>
        <w:t>IP-адрес</w:t>
      </w:r>
    </w:p>
    <w:p w:rsidR="00F07FB7" w:rsidRDefault="00F07FB7" w:rsidP="00F07FB7">
      <w:pPr>
        <w:pStyle w:val="aff8"/>
        <w:numPr>
          <w:ilvl w:val="0"/>
          <w:numId w:val="11"/>
        </w:numPr>
      </w:pPr>
      <w:r>
        <w:t xml:space="preserve">данные файлов </w:t>
      </w:r>
      <w:proofErr w:type="spellStart"/>
      <w:r>
        <w:t>cookie</w:t>
      </w:r>
      <w:proofErr w:type="spellEnd"/>
    </w:p>
    <w:p w:rsidR="00F07FB7" w:rsidRDefault="00F07FB7" w:rsidP="00F07FB7">
      <w:pPr>
        <w:pStyle w:val="aff8"/>
        <w:numPr>
          <w:ilvl w:val="0"/>
          <w:numId w:val="11"/>
        </w:numPr>
      </w:pPr>
      <w:r>
        <w:t>информация о браузере</w:t>
      </w:r>
    </w:p>
    <w:p w:rsidR="00F07FB7" w:rsidRDefault="00F07FB7" w:rsidP="00F07FB7">
      <w:pPr>
        <w:pStyle w:val="aff8"/>
        <w:numPr>
          <w:ilvl w:val="0"/>
          <w:numId w:val="11"/>
        </w:numPr>
      </w:pPr>
      <w:r>
        <w:t>информация о посещённых страницах сайта</w:t>
      </w:r>
    </w:p>
    <w:p w:rsidR="00F07FB7" w:rsidRDefault="00F07FB7" w:rsidP="00F07FB7">
      <w:pPr>
        <w:pStyle w:val="aff8"/>
        <w:numPr>
          <w:ilvl w:val="0"/>
          <w:numId w:val="11"/>
        </w:numPr>
      </w:pPr>
      <w:r>
        <w:t>иные данные, которые пользователь добровольно предоставляет через формы на сайте.</w:t>
      </w:r>
    </w:p>
    <w:p w:rsidR="00F07FB7" w:rsidRDefault="00F07FB7" w:rsidP="00F07FB7">
      <w:r>
        <w:pict>
          <v:rect id="_x0000_i1028" style="width:0;height:1.5pt" o:hralign="center" o:hrstd="t" o:hr="t" fillcolor="#a0a0a0" stroked="f"/>
        </w:pict>
      </w:r>
    </w:p>
    <w:p w:rsidR="00F07FB7" w:rsidRPr="00F07FB7" w:rsidRDefault="00F07FB7" w:rsidP="00F07FB7">
      <w:pPr>
        <w:pStyle w:val="1"/>
        <w:rPr>
          <w:lang w:val="ru-RU"/>
        </w:rPr>
      </w:pPr>
      <w:r w:rsidRPr="00F07FB7">
        <w:rPr>
          <w:lang w:val="ru-RU"/>
        </w:rPr>
        <w:t>4. Цели обработки персональных данных</w:t>
      </w:r>
    </w:p>
    <w:p w:rsidR="00F07FB7" w:rsidRDefault="00F07FB7" w:rsidP="00F07FB7">
      <w:pPr>
        <w:pStyle w:val="aff8"/>
      </w:pPr>
      <w:r>
        <w:t>Персональные данные обрабатываются для следующих целей:</w:t>
      </w:r>
    </w:p>
    <w:p w:rsidR="00F07FB7" w:rsidRDefault="00F07FB7" w:rsidP="00F07FB7">
      <w:pPr>
        <w:pStyle w:val="aff8"/>
        <w:numPr>
          <w:ilvl w:val="0"/>
          <w:numId w:val="12"/>
        </w:numPr>
      </w:pPr>
      <w:r>
        <w:t>предоставление услуг пользователям</w:t>
      </w:r>
    </w:p>
    <w:p w:rsidR="00F07FB7" w:rsidRDefault="00F07FB7" w:rsidP="00F07FB7">
      <w:pPr>
        <w:pStyle w:val="aff8"/>
        <w:numPr>
          <w:ilvl w:val="0"/>
          <w:numId w:val="12"/>
        </w:numPr>
      </w:pPr>
      <w:r>
        <w:t>обратная связь с пользователями</w:t>
      </w:r>
    </w:p>
    <w:p w:rsidR="00F07FB7" w:rsidRDefault="00F07FB7" w:rsidP="00F07FB7">
      <w:pPr>
        <w:pStyle w:val="aff8"/>
        <w:numPr>
          <w:ilvl w:val="0"/>
          <w:numId w:val="12"/>
        </w:numPr>
      </w:pPr>
      <w:r>
        <w:t>обработка запросов и заявок</w:t>
      </w:r>
    </w:p>
    <w:p w:rsidR="00F07FB7" w:rsidRDefault="00F07FB7" w:rsidP="00F07FB7">
      <w:pPr>
        <w:pStyle w:val="aff8"/>
        <w:numPr>
          <w:ilvl w:val="0"/>
          <w:numId w:val="12"/>
        </w:numPr>
      </w:pPr>
      <w:r>
        <w:t>выполнение договорных обязательств</w:t>
      </w:r>
    </w:p>
    <w:p w:rsidR="00F07FB7" w:rsidRDefault="00F07FB7" w:rsidP="00F07FB7">
      <w:pPr>
        <w:pStyle w:val="aff8"/>
        <w:numPr>
          <w:ilvl w:val="0"/>
          <w:numId w:val="12"/>
        </w:numPr>
      </w:pPr>
      <w:r>
        <w:t>улучшение качества работы сайта</w:t>
      </w:r>
    </w:p>
    <w:p w:rsidR="00F07FB7" w:rsidRDefault="00F07FB7" w:rsidP="00F07FB7">
      <w:pPr>
        <w:pStyle w:val="aff8"/>
        <w:numPr>
          <w:ilvl w:val="0"/>
          <w:numId w:val="12"/>
        </w:numPr>
      </w:pPr>
      <w:r>
        <w:t>проведение аналитики и статистики</w:t>
      </w:r>
    </w:p>
    <w:p w:rsidR="00F07FB7" w:rsidRDefault="00F07FB7" w:rsidP="00F07FB7">
      <w:pPr>
        <w:pStyle w:val="aff8"/>
        <w:numPr>
          <w:ilvl w:val="0"/>
          <w:numId w:val="12"/>
        </w:numPr>
      </w:pPr>
      <w:r>
        <w:lastRenderedPageBreak/>
        <w:t>соблюдение требований законодательства РФ.</w:t>
      </w:r>
    </w:p>
    <w:p w:rsidR="00F07FB7" w:rsidRDefault="00F07FB7" w:rsidP="00F07FB7">
      <w:r>
        <w:pict>
          <v:rect id="_x0000_i1029" style="width:0;height:1.5pt" o:hralign="center" o:hrstd="t" o:hr="t" fillcolor="#a0a0a0" stroked="f"/>
        </w:pict>
      </w:r>
    </w:p>
    <w:p w:rsidR="00F07FB7" w:rsidRPr="00F07FB7" w:rsidRDefault="00F07FB7" w:rsidP="00F07FB7">
      <w:pPr>
        <w:pStyle w:val="1"/>
        <w:rPr>
          <w:lang w:val="ru-RU"/>
        </w:rPr>
      </w:pPr>
      <w:r w:rsidRPr="00F07FB7">
        <w:rPr>
          <w:lang w:val="ru-RU"/>
        </w:rPr>
        <w:t>5. Правовые основания обработки персональных данных</w:t>
      </w:r>
    </w:p>
    <w:p w:rsidR="00F07FB7" w:rsidRDefault="00F07FB7" w:rsidP="00F07FB7">
      <w:pPr>
        <w:pStyle w:val="aff8"/>
      </w:pPr>
      <w:r>
        <w:t>Обработка персональных данных осуществляется на основании:</w:t>
      </w:r>
    </w:p>
    <w:p w:rsidR="00F07FB7" w:rsidRDefault="00F07FB7" w:rsidP="00F07FB7">
      <w:pPr>
        <w:pStyle w:val="aff8"/>
        <w:numPr>
          <w:ilvl w:val="0"/>
          <w:numId w:val="13"/>
        </w:numPr>
      </w:pPr>
      <w:r>
        <w:t>согласия субъекта персональных данных</w:t>
      </w:r>
    </w:p>
    <w:p w:rsidR="00F07FB7" w:rsidRDefault="00F07FB7" w:rsidP="00F07FB7">
      <w:pPr>
        <w:pStyle w:val="aff8"/>
        <w:numPr>
          <w:ilvl w:val="0"/>
          <w:numId w:val="13"/>
        </w:numPr>
      </w:pPr>
      <w:r>
        <w:t>исполнения договора</w:t>
      </w:r>
    </w:p>
    <w:p w:rsidR="00F07FB7" w:rsidRDefault="00F07FB7" w:rsidP="00F07FB7">
      <w:pPr>
        <w:pStyle w:val="aff8"/>
        <w:numPr>
          <w:ilvl w:val="0"/>
          <w:numId w:val="13"/>
        </w:numPr>
      </w:pPr>
      <w:r>
        <w:t>требований законодательства Российской Федерации</w:t>
      </w:r>
    </w:p>
    <w:p w:rsidR="00F07FB7" w:rsidRDefault="00F07FB7" w:rsidP="00F07FB7">
      <w:pPr>
        <w:pStyle w:val="aff8"/>
        <w:numPr>
          <w:ilvl w:val="0"/>
          <w:numId w:val="13"/>
        </w:numPr>
      </w:pPr>
      <w:r>
        <w:t>иных оснований, предусмотренных законодательством.</w:t>
      </w:r>
    </w:p>
    <w:p w:rsidR="00F07FB7" w:rsidRDefault="00F07FB7" w:rsidP="00F07FB7">
      <w:r>
        <w:pict>
          <v:rect id="_x0000_i1030" style="width:0;height:1.5pt" o:hralign="center" o:hrstd="t" o:hr="t" fillcolor="#a0a0a0" stroked="f"/>
        </w:pict>
      </w:r>
    </w:p>
    <w:p w:rsidR="00F07FB7" w:rsidRPr="00F07FB7" w:rsidRDefault="00F07FB7" w:rsidP="00F07FB7">
      <w:pPr>
        <w:pStyle w:val="1"/>
        <w:rPr>
          <w:lang w:val="ru-RU"/>
        </w:rPr>
      </w:pPr>
      <w:r w:rsidRPr="00F07FB7">
        <w:rPr>
          <w:lang w:val="ru-RU"/>
        </w:rPr>
        <w:t>6. Порядок обработки персональных данных</w:t>
      </w:r>
    </w:p>
    <w:p w:rsidR="00F07FB7" w:rsidRDefault="00F07FB7" w:rsidP="00F07FB7">
      <w:pPr>
        <w:pStyle w:val="aff8"/>
      </w:pPr>
      <w:r>
        <w:t>6.1. Оператор осуществляет обработку персональных данных как с использованием средств автоматизации, так и без их использования.</w:t>
      </w:r>
    </w:p>
    <w:p w:rsidR="00F07FB7" w:rsidRDefault="00F07FB7" w:rsidP="00F07FB7">
      <w:pPr>
        <w:pStyle w:val="aff8"/>
      </w:pPr>
      <w:r>
        <w:t>6.2. Оператор принимает необходимые организационные и технические меры для защиты персональных данных.</w:t>
      </w:r>
    </w:p>
    <w:p w:rsidR="00F07FB7" w:rsidRDefault="00F07FB7" w:rsidP="00F07FB7">
      <w:pPr>
        <w:pStyle w:val="aff8"/>
      </w:pPr>
      <w:r>
        <w:t>6.3. Персональные данные пользователей не передаются третьим лицам без согласия пользователя, за исключением случаев, предусмотренных законодательством РФ.</w:t>
      </w:r>
    </w:p>
    <w:p w:rsidR="00F07FB7" w:rsidRDefault="00F07FB7" w:rsidP="00F07FB7">
      <w:pPr>
        <w:pStyle w:val="aff8"/>
      </w:pPr>
      <w:r>
        <w:t>6.4. Оператор вправе передавать персональные данные:</w:t>
      </w:r>
    </w:p>
    <w:p w:rsidR="00F07FB7" w:rsidRDefault="00F07FB7" w:rsidP="00F07FB7">
      <w:pPr>
        <w:pStyle w:val="aff8"/>
        <w:numPr>
          <w:ilvl w:val="0"/>
          <w:numId w:val="14"/>
        </w:numPr>
      </w:pPr>
      <w:r>
        <w:t>государственным органам в случаях, предусмотренных законодательством;</w:t>
      </w:r>
    </w:p>
    <w:p w:rsidR="00F07FB7" w:rsidRDefault="00F07FB7" w:rsidP="00F07FB7">
      <w:pPr>
        <w:pStyle w:val="aff8"/>
        <w:numPr>
          <w:ilvl w:val="0"/>
          <w:numId w:val="14"/>
        </w:numPr>
      </w:pPr>
      <w:r>
        <w:t>подрядчикам, если это необходимо для оказания услуг.</w:t>
      </w:r>
    </w:p>
    <w:p w:rsidR="00F07FB7" w:rsidRDefault="00F07FB7" w:rsidP="00F07FB7">
      <w:r>
        <w:pict>
          <v:rect id="_x0000_i1031" style="width:0;height:1.5pt" o:hralign="center" o:hrstd="t" o:hr="t" fillcolor="#a0a0a0" stroked="f"/>
        </w:pict>
      </w:r>
    </w:p>
    <w:p w:rsidR="00F07FB7" w:rsidRPr="00F07FB7" w:rsidRDefault="00F07FB7" w:rsidP="00F07FB7">
      <w:pPr>
        <w:pStyle w:val="1"/>
        <w:rPr>
          <w:lang w:val="ru-RU"/>
        </w:rPr>
      </w:pPr>
      <w:r w:rsidRPr="00F07FB7">
        <w:rPr>
          <w:lang w:val="ru-RU"/>
        </w:rPr>
        <w:t xml:space="preserve">7. Использование файлов </w:t>
      </w:r>
      <w:r>
        <w:t>Cookie</w:t>
      </w:r>
    </w:p>
    <w:p w:rsidR="00F07FB7" w:rsidRDefault="00F07FB7" w:rsidP="00F07FB7">
      <w:pPr>
        <w:pStyle w:val="aff8"/>
      </w:pPr>
      <w:r>
        <w:t xml:space="preserve">Сайт может использовать </w:t>
      </w:r>
      <w:proofErr w:type="spellStart"/>
      <w:r>
        <w:rPr>
          <w:rStyle w:val="af6"/>
        </w:rPr>
        <w:t>cookie</w:t>
      </w:r>
      <w:proofErr w:type="spellEnd"/>
      <w:r>
        <w:rPr>
          <w:rStyle w:val="af6"/>
        </w:rPr>
        <w:t>-файлы</w:t>
      </w:r>
      <w:r>
        <w:t>.</w:t>
      </w:r>
    </w:p>
    <w:p w:rsidR="00F07FB7" w:rsidRDefault="00F07FB7" w:rsidP="00F07FB7">
      <w:pPr>
        <w:pStyle w:val="aff8"/>
      </w:pPr>
      <w:proofErr w:type="spellStart"/>
      <w:r>
        <w:t>Cookie</w:t>
      </w:r>
      <w:proofErr w:type="spellEnd"/>
      <w:r>
        <w:t xml:space="preserve"> используются для:</w:t>
      </w:r>
    </w:p>
    <w:p w:rsidR="00F07FB7" w:rsidRDefault="00F07FB7" w:rsidP="00F07FB7">
      <w:pPr>
        <w:pStyle w:val="aff8"/>
        <w:numPr>
          <w:ilvl w:val="0"/>
          <w:numId w:val="15"/>
        </w:numPr>
      </w:pPr>
      <w:r>
        <w:t>сохранения пользовательских настроек</w:t>
      </w:r>
    </w:p>
    <w:p w:rsidR="00F07FB7" w:rsidRDefault="00F07FB7" w:rsidP="00F07FB7">
      <w:pPr>
        <w:pStyle w:val="aff8"/>
        <w:numPr>
          <w:ilvl w:val="0"/>
          <w:numId w:val="15"/>
        </w:numPr>
      </w:pPr>
      <w:r>
        <w:t>улучшения работы сайта</w:t>
      </w:r>
    </w:p>
    <w:p w:rsidR="00F07FB7" w:rsidRDefault="00F07FB7" w:rsidP="00F07FB7">
      <w:pPr>
        <w:pStyle w:val="aff8"/>
        <w:numPr>
          <w:ilvl w:val="0"/>
          <w:numId w:val="15"/>
        </w:numPr>
      </w:pPr>
      <w:r>
        <w:t>анализа поведения пользователей.</w:t>
      </w:r>
    </w:p>
    <w:p w:rsidR="00F07FB7" w:rsidRDefault="00F07FB7" w:rsidP="00F07FB7">
      <w:pPr>
        <w:pStyle w:val="aff8"/>
      </w:pPr>
      <w:r>
        <w:lastRenderedPageBreak/>
        <w:t xml:space="preserve">Пользователь может отключить использование </w:t>
      </w:r>
      <w:proofErr w:type="spellStart"/>
      <w:r>
        <w:t>cookie</w:t>
      </w:r>
      <w:proofErr w:type="spellEnd"/>
      <w:r>
        <w:t xml:space="preserve"> в настройках браузера.</w:t>
      </w:r>
    </w:p>
    <w:p w:rsidR="00F07FB7" w:rsidRDefault="00F07FB7" w:rsidP="00F07FB7">
      <w:r>
        <w:pict>
          <v:rect id="_x0000_i1032" style="width:0;height:1.5pt" o:hralign="center" o:hrstd="t" o:hr="t" fillcolor="#a0a0a0" stroked="f"/>
        </w:pict>
      </w:r>
    </w:p>
    <w:p w:rsidR="00F07FB7" w:rsidRPr="00F07FB7" w:rsidRDefault="00F07FB7" w:rsidP="00F07FB7">
      <w:pPr>
        <w:pStyle w:val="1"/>
        <w:rPr>
          <w:lang w:val="ru-RU"/>
        </w:rPr>
      </w:pPr>
      <w:r w:rsidRPr="00F07FB7">
        <w:rPr>
          <w:lang w:val="ru-RU"/>
        </w:rPr>
        <w:t>8. Защита персональных данных</w:t>
      </w:r>
    </w:p>
    <w:p w:rsidR="00F07FB7" w:rsidRDefault="00F07FB7" w:rsidP="00F07FB7">
      <w:pPr>
        <w:pStyle w:val="aff8"/>
      </w:pPr>
      <w:r>
        <w:t>Оператор принимает необходимые меры для защиты персональных данных от:</w:t>
      </w:r>
    </w:p>
    <w:p w:rsidR="00F07FB7" w:rsidRDefault="00F07FB7" w:rsidP="00F07FB7">
      <w:pPr>
        <w:pStyle w:val="aff8"/>
        <w:numPr>
          <w:ilvl w:val="0"/>
          <w:numId w:val="16"/>
        </w:numPr>
      </w:pPr>
      <w:r>
        <w:t>неправомерного доступа</w:t>
      </w:r>
    </w:p>
    <w:p w:rsidR="00F07FB7" w:rsidRDefault="00F07FB7" w:rsidP="00F07FB7">
      <w:pPr>
        <w:pStyle w:val="aff8"/>
        <w:numPr>
          <w:ilvl w:val="0"/>
          <w:numId w:val="16"/>
        </w:numPr>
      </w:pPr>
      <w:r>
        <w:t>изменения</w:t>
      </w:r>
    </w:p>
    <w:p w:rsidR="00F07FB7" w:rsidRDefault="00F07FB7" w:rsidP="00F07FB7">
      <w:pPr>
        <w:pStyle w:val="aff8"/>
        <w:numPr>
          <w:ilvl w:val="0"/>
          <w:numId w:val="16"/>
        </w:numPr>
      </w:pPr>
      <w:r>
        <w:t>раскрытия</w:t>
      </w:r>
    </w:p>
    <w:p w:rsidR="00F07FB7" w:rsidRDefault="00F07FB7" w:rsidP="00F07FB7">
      <w:pPr>
        <w:pStyle w:val="aff8"/>
        <w:numPr>
          <w:ilvl w:val="0"/>
          <w:numId w:val="16"/>
        </w:numPr>
      </w:pPr>
      <w:r>
        <w:t>уничтожения</w:t>
      </w:r>
    </w:p>
    <w:p w:rsidR="00F07FB7" w:rsidRDefault="00F07FB7" w:rsidP="00F07FB7">
      <w:pPr>
        <w:pStyle w:val="aff8"/>
        <w:numPr>
          <w:ilvl w:val="0"/>
          <w:numId w:val="16"/>
        </w:numPr>
      </w:pPr>
      <w:r>
        <w:t>блокирования.</w:t>
      </w:r>
    </w:p>
    <w:p w:rsidR="00F07FB7" w:rsidRDefault="00F07FB7" w:rsidP="00F07FB7">
      <w:pPr>
        <w:pStyle w:val="aff8"/>
      </w:pPr>
      <w:r>
        <w:t>Для защиты данных применяются:</w:t>
      </w:r>
    </w:p>
    <w:p w:rsidR="00F07FB7" w:rsidRDefault="00F07FB7" w:rsidP="00F07FB7">
      <w:pPr>
        <w:pStyle w:val="aff8"/>
        <w:numPr>
          <w:ilvl w:val="0"/>
          <w:numId w:val="17"/>
        </w:numPr>
      </w:pPr>
      <w:r>
        <w:t>организационные меры безопасности</w:t>
      </w:r>
    </w:p>
    <w:p w:rsidR="00F07FB7" w:rsidRDefault="00F07FB7" w:rsidP="00F07FB7">
      <w:pPr>
        <w:pStyle w:val="aff8"/>
        <w:numPr>
          <w:ilvl w:val="0"/>
          <w:numId w:val="17"/>
        </w:numPr>
      </w:pPr>
      <w:r>
        <w:t>ограничение доступа к данным</w:t>
      </w:r>
    </w:p>
    <w:p w:rsidR="00F07FB7" w:rsidRDefault="00F07FB7" w:rsidP="00F07FB7">
      <w:pPr>
        <w:pStyle w:val="aff8"/>
        <w:numPr>
          <w:ilvl w:val="0"/>
          <w:numId w:val="17"/>
        </w:numPr>
      </w:pPr>
      <w:r>
        <w:t>использование программных средств защиты.</w:t>
      </w:r>
    </w:p>
    <w:p w:rsidR="00F07FB7" w:rsidRDefault="00F07FB7" w:rsidP="00F07FB7">
      <w:r>
        <w:pict>
          <v:rect id="_x0000_i1033" style="width:0;height:1.5pt" o:hralign="center" o:hrstd="t" o:hr="t" fillcolor="#a0a0a0" stroked="f"/>
        </w:pict>
      </w:r>
    </w:p>
    <w:p w:rsidR="00F07FB7" w:rsidRPr="00F07FB7" w:rsidRDefault="00F07FB7" w:rsidP="00F07FB7">
      <w:pPr>
        <w:pStyle w:val="1"/>
        <w:rPr>
          <w:lang w:val="ru-RU"/>
        </w:rPr>
      </w:pPr>
      <w:r w:rsidRPr="00F07FB7">
        <w:rPr>
          <w:lang w:val="ru-RU"/>
        </w:rPr>
        <w:t>9. Права субъекта персональных данных</w:t>
      </w:r>
    </w:p>
    <w:p w:rsidR="00F07FB7" w:rsidRDefault="00F07FB7" w:rsidP="00F07FB7">
      <w:pPr>
        <w:pStyle w:val="aff8"/>
      </w:pPr>
      <w:r>
        <w:t>Пользователь имеет право:</w:t>
      </w:r>
    </w:p>
    <w:p w:rsidR="00F07FB7" w:rsidRDefault="00F07FB7" w:rsidP="00F07FB7">
      <w:pPr>
        <w:pStyle w:val="aff8"/>
        <w:numPr>
          <w:ilvl w:val="0"/>
          <w:numId w:val="18"/>
        </w:numPr>
      </w:pPr>
      <w:r>
        <w:t>получать информацию о своих персональных данных</w:t>
      </w:r>
    </w:p>
    <w:p w:rsidR="00F07FB7" w:rsidRDefault="00F07FB7" w:rsidP="00F07FB7">
      <w:pPr>
        <w:pStyle w:val="aff8"/>
        <w:numPr>
          <w:ilvl w:val="0"/>
          <w:numId w:val="18"/>
        </w:numPr>
      </w:pPr>
      <w:r>
        <w:t>требовать уточнения персональных данных</w:t>
      </w:r>
    </w:p>
    <w:p w:rsidR="00F07FB7" w:rsidRDefault="00F07FB7" w:rsidP="00F07FB7">
      <w:pPr>
        <w:pStyle w:val="aff8"/>
        <w:numPr>
          <w:ilvl w:val="0"/>
          <w:numId w:val="18"/>
        </w:numPr>
      </w:pPr>
      <w:r>
        <w:t>требовать удаления персональных данных</w:t>
      </w:r>
    </w:p>
    <w:p w:rsidR="00F07FB7" w:rsidRDefault="00F07FB7" w:rsidP="00F07FB7">
      <w:pPr>
        <w:pStyle w:val="aff8"/>
        <w:numPr>
          <w:ilvl w:val="0"/>
          <w:numId w:val="18"/>
        </w:numPr>
      </w:pPr>
      <w:r>
        <w:t>отзывать согласие на обработку персональных данных</w:t>
      </w:r>
    </w:p>
    <w:p w:rsidR="00F07FB7" w:rsidRDefault="00F07FB7" w:rsidP="00F07FB7">
      <w:pPr>
        <w:pStyle w:val="aff8"/>
        <w:numPr>
          <w:ilvl w:val="0"/>
          <w:numId w:val="18"/>
        </w:numPr>
      </w:pPr>
      <w:r>
        <w:t>обжаловать действия Оператора.</w:t>
      </w:r>
    </w:p>
    <w:p w:rsidR="00F07FB7" w:rsidRDefault="00F07FB7" w:rsidP="00F07FB7">
      <w:pPr>
        <w:pStyle w:val="aff8"/>
      </w:pPr>
      <w:r>
        <w:t>Запрос может быть направлен Оператору по электронной почте или иным способом.</w:t>
      </w:r>
    </w:p>
    <w:p w:rsidR="00F07FB7" w:rsidRDefault="00F07FB7" w:rsidP="00F07FB7">
      <w:r>
        <w:pict>
          <v:rect id="_x0000_i1034" style="width:0;height:1.5pt" o:hralign="center" o:hrstd="t" o:hr="t" fillcolor="#a0a0a0" stroked="f"/>
        </w:pict>
      </w:r>
    </w:p>
    <w:p w:rsidR="00F07FB7" w:rsidRDefault="00F07FB7" w:rsidP="00F07FB7">
      <w:pPr>
        <w:pStyle w:val="1"/>
      </w:pPr>
      <w:r>
        <w:t xml:space="preserve">10.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хранения</w:t>
      </w:r>
      <w:proofErr w:type="spellEnd"/>
      <w:r>
        <w:t xml:space="preserve"> </w:t>
      </w:r>
      <w:proofErr w:type="spellStart"/>
      <w:r>
        <w:t>персональных</w:t>
      </w:r>
      <w:proofErr w:type="spellEnd"/>
      <w:r>
        <w:t xml:space="preserve"> </w:t>
      </w:r>
      <w:proofErr w:type="spellStart"/>
      <w:r>
        <w:t>данных</w:t>
      </w:r>
      <w:proofErr w:type="spellEnd"/>
    </w:p>
    <w:p w:rsidR="00F07FB7" w:rsidRDefault="00F07FB7" w:rsidP="00F07FB7">
      <w:pPr>
        <w:pStyle w:val="aff8"/>
      </w:pPr>
      <w:r>
        <w:t>Персональные данные хранятся не дольше, чем это необходимо для целей обработки, если иной срок хранения не установлен законодательством Российской Федерации.</w:t>
      </w:r>
    </w:p>
    <w:p w:rsidR="00F07FB7" w:rsidRDefault="00F07FB7" w:rsidP="00F07FB7">
      <w:r>
        <w:lastRenderedPageBreak/>
        <w:pict>
          <v:rect id="_x0000_i1035" style="width:0;height:1.5pt" o:hralign="center" o:hrstd="t" o:hr="t" fillcolor="#a0a0a0" stroked="f"/>
        </w:pict>
      </w:r>
    </w:p>
    <w:p w:rsidR="00F07FB7" w:rsidRPr="00F07FB7" w:rsidRDefault="00F07FB7" w:rsidP="00F07FB7">
      <w:pPr>
        <w:pStyle w:val="1"/>
        <w:rPr>
          <w:lang w:val="ru-RU"/>
        </w:rPr>
      </w:pPr>
      <w:r w:rsidRPr="00F07FB7">
        <w:rPr>
          <w:lang w:val="ru-RU"/>
        </w:rPr>
        <w:t>11. Изменение политики конфиденциальности</w:t>
      </w:r>
    </w:p>
    <w:p w:rsidR="00F07FB7" w:rsidRDefault="00F07FB7" w:rsidP="00F07FB7">
      <w:pPr>
        <w:pStyle w:val="aff8"/>
      </w:pPr>
      <w:r>
        <w:t>Оператор вправе вносить изменения в настоящую Политику.</w:t>
      </w:r>
    </w:p>
    <w:p w:rsidR="00F07FB7" w:rsidRDefault="00F07FB7" w:rsidP="00F07FB7">
      <w:pPr>
        <w:pStyle w:val="aff8"/>
      </w:pPr>
      <w:r>
        <w:t>Актуальная версия Политики всегда размещается на сайте.</w:t>
      </w:r>
    </w:p>
    <w:p w:rsidR="00F07FB7" w:rsidRDefault="00F07FB7" w:rsidP="00F07FB7">
      <w:r>
        <w:pict>
          <v:rect id="_x0000_i1036" style="width:0;height:1.5pt" o:hralign="center" o:hrstd="t" o:hr="t" fillcolor="#a0a0a0" stroked="f"/>
        </w:pict>
      </w:r>
    </w:p>
    <w:p w:rsidR="00F07FB7" w:rsidRPr="00F07FB7" w:rsidRDefault="00F07FB7" w:rsidP="00F07FB7">
      <w:pPr>
        <w:pStyle w:val="1"/>
        <w:rPr>
          <w:lang w:val="ru-RU"/>
        </w:rPr>
      </w:pPr>
      <w:r w:rsidRPr="00F07FB7">
        <w:rPr>
          <w:lang w:val="ru-RU"/>
        </w:rPr>
        <w:t>12. Контактная информация оператора</w:t>
      </w:r>
    </w:p>
    <w:p w:rsidR="00F07FB7" w:rsidRDefault="00F07FB7" w:rsidP="00F07FB7">
      <w:pPr>
        <w:pStyle w:val="aff8"/>
      </w:pPr>
      <w:r>
        <w:t>Оператор персональных данных:</w:t>
      </w:r>
    </w:p>
    <w:p w:rsidR="00F07FB7" w:rsidRDefault="00F07FB7" w:rsidP="00F07FB7">
      <w:pPr>
        <w:pStyle w:val="aff8"/>
      </w:pPr>
      <w:r>
        <w:rPr>
          <w:rStyle w:val="af6"/>
        </w:rPr>
        <w:t>ИП Малахов Максим Юрьевич</w:t>
      </w:r>
    </w:p>
    <w:p w:rsidR="00F07FB7" w:rsidRDefault="00F07FB7" w:rsidP="00F07FB7">
      <w:pPr>
        <w:pStyle w:val="aff8"/>
      </w:pPr>
      <w:r>
        <w:t xml:space="preserve">Дата вступления в силу: </w:t>
      </w:r>
      <w:r>
        <w:rPr>
          <w:rStyle w:val="af6"/>
        </w:rPr>
        <w:t>16.03.2026</w:t>
      </w:r>
    </w:p>
    <w:p w:rsidR="00A42080" w:rsidRPr="00F07FB7" w:rsidRDefault="00A42080" w:rsidP="00F07FB7">
      <w:pPr>
        <w:rPr>
          <w:lang w:val="ru-RU"/>
        </w:rPr>
      </w:pPr>
      <w:bookmarkStart w:id="0" w:name="_GoBack"/>
      <w:bookmarkEnd w:id="0"/>
    </w:p>
    <w:sectPr w:rsidR="00A42080" w:rsidRPr="00F07FB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7316AA"/>
    <w:multiLevelType w:val="multilevel"/>
    <w:tmpl w:val="6FFEE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113833"/>
    <w:multiLevelType w:val="multilevel"/>
    <w:tmpl w:val="8D9C2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6F13D4"/>
    <w:multiLevelType w:val="multilevel"/>
    <w:tmpl w:val="AD10C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5D0F98"/>
    <w:multiLevelType w:val="multilevel"/>
    <w:tmpl w:val="B838B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7F314A"/>
    <w:multiLevelType w:val="multilevel"/>
    <w:tmpl w:val="318AF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4E4DF3"/>
    <w:multiLevelType w:val="multilevel"/>
    <w:tmpl w:val="35F42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2F3DEC"/>
    <w:multiLevelType w:val="multilevel"/>
    <w:tmpl w:val="7A1C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0E14B8"/>
    <w:multiLevelType w:val="multilevel"/>
    <w:tmpl w:val="1984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7B2464"/>
    <w:multiLevelType w:val="multilevel"/>
    <w:tmpl w:val="A9D27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7"/>
  </w:num>
  <w:num w:numId="12">
    <w:abstractNumId w:val="15"/>
  </w:num>
  <w:num w:numId="13">
    <w:abstractNumId w:val="16"/>
  </w:num>
  <w:num w:numId="14">
    <w:abstractNumId w:val="14"/>
  </w:num>
  <w:num w:numId="15">
    <w:abstractNumId w:val="9"/>
  </w:num>
  <w:num w:numId="16">
    <w:abstractNumId w:val="11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42080"/>
    <w:rsid w:val="00AA1D8D"/>
    <w:rsid w:val="00B47730"/>
    <w:rsid w:val="00CB0664"/>
    <w:rsid w:val="00F07F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8E0AEB9-592B-47C3-90E4-33E7F756D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F07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whitespace-normal">
    <w:name w:val="whitespace-normal"/>
    <w:basedOn w:val="a2"/>
    <w:rsid w:val="00F07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4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7DA472-64FF-4CBC-9ECF-AC89BB179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Viktor</cp:lastModifiedBy>
  <cp:revision>2</cp:revision>
  <dcterms:created xsi:type="dcterms:W3CDTF">2013-12-23T23:15:00Z</dcterms:created>
  <dcterms:modified xsi:type="dcterms:W3CDTF">2026-03-16T15:43:00Z</dcterms:modified>
  <cp:category/>
</cp:coreProperties>
</file>